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8"/>
              </w:rPr>
              <w:t>NEW JERSEY PROPERTY TOOLKIT</w:t>
            </w:r>
          </w:p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4"/>
              </w:rPr>
              <w:t>New Jersey As-Is Sale vs. Listing Comparison Worksheet</w:t>
            </w:r>
          </w:p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7"/>
              </w:rPr>
              <w:t>SALE DECISION WORKSHEET</w:t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FFFFFF"/>
                <w:sz w:val="16"/>
              </w:rPr>
              <w:t>Planning Resource No. 14  |  August 2026</w:t>
            </w:r>
          </w:p>
        </w:tc>
      </w:tr>
    </w:tbl>
    <w:p/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New Jersey owners, heirs, and executors comparing a traditional listing with a direct as-is property sale.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A headline price is not the same as a verified net. Use the same property facts, debt figures, timing assumptions, and risk categories for every option before deciding.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0E8D9"/>
          </w:tcPr>
          <w:p>
            <w:r>
              <w:rPr>
                <w:rFonts w:ascii="Georgia" w:hAnsi="Georgia"/>
                <w:b/>
                <w:i w:val="0"/>
                <w:color w:val="0F1F38"/>
                <w:sz w:val="24"/>
              </w:rPr>
              <w:t>Important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Use this resource to organize information and questions; do not treat it as legal, tax, financial, title, lending, court, insurance, or municipal advice.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Verify every deadline, payoff, authority document, public requirement, and professional conclusion with the responsible source.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If a court, sheriff sale, foreclosure, tax sale, safety, insurance, or occupancy deadline exists, seek qualified help immediately.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Who Should Use This Resource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New Jersey owners, heirs, and executors comparing a traditional listing with a direct as-is property sale.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People who need one organized file before speaking with an attorney, title company, lender, municipality, insurer, housing counselor, or buyer.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Families comparing options without losing track of urgent property facts and deadlines.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Start Here: Immediate Priority Checklist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Complete this page before the detailed worksheets. Circle or highlight any item that cannot wait.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who can legally sign and whether probate, title, occupant, or lender approval is needed.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Use written estimates instead of optimistic repair or cleanout guesses.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Include commission, concessions, carrying costs, financing risk, appraisal risk, and municipal work.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Require written direct-sale terms, proof of funds, closing timeline, condition treatment, and contents treatment.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Compare the expected net and execution risk, not only the proposed price.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Have the attorney and title company verify closing requirements and unresolved obligations.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Property Contact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Contact / Office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Name, phone, email, reference number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Owner / estate representative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Attorney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Title company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Mortgage servicer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Municipality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Tax collector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Insurer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Trusted property contact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Establish One Property Baseline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Ownership and signing authority.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Occupancy, tenants, access, and personal property.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Known condition, damage, repairs, permits, systems, and municipal requirements.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Mortgage, taxes, liens, utilities, association balances, judgments, and closing costs.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Hard deadlines, insurance limits, family timing, and relocation needs.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Traditional Listing Assumptions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Preparation and cleanout scope.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Repair or credit strategy.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Commission and marketing costs.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Expected days to contract and closing.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Financing, appraisal, inspection, buyer-sale, and renegotiation risk.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keepLines/>
      </w:pPr>
      <w:r>
        <w:rPr>
          <w:rFonts w:ascii="Georgia" w:hAnsi="Georgia"/>
          <w:b/>
          <w:i w:val="0"/>
          <w:color w:val="0F1F38"/>
          <w:sz w:val="34"/>
        </w:rPr>
        <w:t>Direct As-Is Sale Assumptions</w:t>
      </w:r>
    </w:p>
    <w:tbl>
      <w:tblPr>
        <w:tblW w:type="dxa" w:w="9290"/>
        <w:jc w:val="left"/>
        <w:tblLayout w:type="fixed"/>
        <w:tblLook w:firstColumn="1" w:firstRow="1" w:lastColumn="0" w:lastRow="0" w:noHBand="0" w:noVBand="1" w:val="04A0"/>
      </w:tblPr>
      <w:tblGrid>
        <w:gridCol w:w="9288"/>
      </w:tblGrid>
      <w:tr>
        <w:trPr>
          <w:cantSplit/>
        </w:trPr>
        <w:tc>
          <w:tcPr>
            <w:tcW w:type="dxa" w:w="9994"/>
            <w:shd w:fill="10213F"/>
            <w:tcBorders>
              <w:top w:val="single" w:sz="5" w:color="D9B44A"/>
              <w:left w:val="single" w:sz="14" w:color="D9B44A"/>
              <w:bottom w:val="single" w:sz="5" w:color="D9B44A"/>
              <w:right w:val="single" w:sz="5" w:color="D9B44A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>
            <w:pPr>
              <w:spacing w:after="80"/>
              <w:jc w:val="left"/>
              <w:keepNext/>
              <w:keepLines/>
            </w:pPr>
            <w:r>
              <w:rPr>
                <w:rFonts w:ascii="Arial" w:hAnsi="Arial"/>
                <w:b/>
                <w:color w:val="EAC35B"/>
                <w:sz w:val="18"/>
              </w:rPr>
              <w:t>FREE TO FIND OUT</w:t>
            </w:r>
          </w:p>
          <w:p>
            <w:pPr>
              <w:spacing w:after="80"/>
              <w:keepNext/>
              <w:keepLines/>
            </w:pPr>
            <w:r>
              <w:rPr>
                <w:rFonts w:ascii="Arial" w:hAnsi="Arial"/>
                <w:b/>
                <w:color w:val="FFFFFF"/>
                <w:sz w:val="22"/>
              </w:rPr>
              <w:t>You do not need every document or every answer before contacting us.</w:t>
            </w:r>
          </w:p>
          <w:p>
            <w:pPr>
              <w:spacing w:after="60"/>
              <w:keepNext/>
              <w:keepLines/>
            </w:pPr>
            <w:r>
              <w:rPr>
                <w:rFonts w:ascii="Arial" w:hAnsi="Arial"/>
                <w:color w:val="FFFFFF"/>
                <w:sz w:val="18"/>
              </w:rPr>
              <w:t>We buy New Jersey houses as-is - no repairs, cleanup, showings, or commissions. Tell Ray what is happening and what deadline you are facing. It is free to find out whether a direct sale could help.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EAC35B"/>
                <w:sz w:val="18"/>
              </w:rPr>
              <w:t>THE PROPERTY PROBLEM CAN START BEING ADDRESSED TODAY.  Call (973) 939-5151 or text (424) 440-2739.</w:t>
            </w:r>
          </w:p>
        </w:tc>
      </w:tr>
    </w:tbl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Written price and proof of funds.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Buyer treatment of repairs, cleanout, contents, occupants, and municipal items.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Inspection or due-diligence rights.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Deposit, assignment, access, and closing terms.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Title, payoff, estate, and legal conditions that still must be resolved.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Decision Quality Check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Were both paths compared using the same debts and carrying-cost period?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Are all repair and fee assumptions supported by written evidence?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Does the proposed timeline fit verified legal, title, occupant, and municipal requirements?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Which option is most likely to close, not merely reach contract?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facts could still change the net or timing?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Side-by-Side Net Comparison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34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Factor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Traditional Listing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Direct As-Is Sale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Proposed / expected price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Commission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Repairs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Cleanout / contents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Seller concessions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 / permit work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Taxes / utilities / liens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Monthly carrying cost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Expected months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Estimated net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Risk and Timing Comparison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345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Issue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Listing Risk / Time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Direct Sale Risk / Time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Financing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Appraisal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Inspection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Title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Probate authority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Occupants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 approvals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Closing certainty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3331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Questions to Take to the Right Professional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is the verified expected net under each path?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work must the seller complete before closing?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Which contingencies allow the buyer to cancel or renegotiate?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How long can the owner or estate safely carry the property?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Which offer best matches the family priorities and verified constraints?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My Next Three Actions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1.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2.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3. Action: ____________________________________  Owner: __________________  Due: 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Official Starting Sources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Use current official instructions and confirm that each source applies to the specific property and situation.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Real Estate Commission: </w:t>
      </w:r>
      <w:r>
        <w:rPr>
          <w:rFonts w:ascii="Aptos" w:hAnsi="Aptos"/>
          <w:b w:val="0"/>
          <w:i w:val="0"/>
          <w:color w:val="285B8F"/>
          <w:sz w:val="18"/>
        </w:rPr>
        <w:t>https://www.nj.gov/dobi/division_rec/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Division of Consumer Affairs: </w:t>
      </w:r>
      <w:r>
        <w:rPr>
          <w:rFonts w:ascii="Aptos" w:hAnsi="Aptos"/>
          <w:b w:val="0"/>
          <w:i w:val="0"/>
          <w:color w:val="285B8F"/>
          <w:sz w:val="18"/>
        </w:rPr>
        <w:t>https://www.njconsumeraffairs.gov/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Department of Community Affairs: </w:t>
      </w:r>
      <w:r>
        <w:rPr>
          <w:rFonts w:ascii="Aptos" w:hAnsi="Aptos"/>
          <w:b w:val="0"/>
          <w:i w:val="0"/>
          <w:color w:val="285B8F"/>
          <w:sz w:val="18"/>
        </w:rPr>
        <w:t>https://www.nj.gov/dca/</w:t>
      </w:r>
    </w:p>
    <w:p>
      <w:r>
        <w:br w:type="page"/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62847"/>
          </w:tcPr>
          <w:p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The Property Problem Can Stop Today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You do not have to repair, clean out, stage, or list a qualifying property before asking about a direct as-is purchase.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Tell Ray what is happening, what deadline exists, and what documents you have. It is free to find out whether Viera Investment Group LLC can help.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Call (973) 939-5151 or text (424) 440-2739. Visit vierainvestmentgroup.com/contact.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Educational Use and Professional Coordination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This resource is provided by Viera Investment Group LLC for general educational and organizational purposes. It does not create an attorney-client, fiduciary, brokerage, lending, tax, insurance, title, or advisory relationship. Laws, court rules, servicing requirements, municipal procedures, fees, forms, and deadlines can change. Consult appropriately licensed professionals and responsible public offices about the specific property.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may evaluate qualifying New Jersey residential property for a direct as-is purchase. A property review or offer is not legal advice, and no visitor is obligated to sell.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| 377 Valley Rd #1218, Clifton, NJ 07013 | (973) 939-5151 | vierainvestmentgroup.com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08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b w:val="0"/>
        <w:i w:val="0"/>
        <w:color w:val="556176"/>
        <w:sz w:val="14"/>
      </w:rPr>
      <w:t>Educational planning resource  |  vierainvestmentgroup.com  |  (973) 939-5151</w:t>
    </w:r>
  </w:p>
  <w:p>
    <w:pPr>
      <w:jc w:val="right"/>
    </w:pPr>
    <w:r>
      <w:rPr>
        <w:rFonts w:ascii="Aptos" w:hAnsi="Aptos"/>
        <w:b w:val="0"/>
        <w:i w:val="0"/>
        <w:color w:val="556176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i w:val="0"/>
        <w:color w:val="556176"/>
        <w:sz w:val="15"/>
      </w:rPr>
      <w:t>VIERA INVESTMENT GROUP LLC  |  NEW JERSEY PROPERTY TOOLKIT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1724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Georgia" w:hAnsi="Georgia"/>
      <w:b/>
      <w:bCs/>
      <w:color w:val="0F1F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Georgia" w:hAnsi="Georgia"/>
      <w:b/>
      <w:bCs/>
      <w:color w:val="B89C6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Jersey As-Is Sale vs. Listing Comparison Worksheet</dc:title>
  <dc:subject>New Jersey Property Toolkit educational planning resource</dc:subject>
  <dc:creator>Viera Investment Group LLC</dc:creator>
  <cp:keywords>SALE DECISION WORKSHEET, New Jersey property toolkit, Viera Investment Group LLC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