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jc w:val="center"/>
        <w:tblLayout w:type="fixed"/>
        <w:tblLook w:firstColumn="1" w:firstRow="1" w:lastColumn="0" w:lastRow="0" w:noHBand="0" w:noVBand="1" w:val="04A0"/>
        <w:tblInd w:w="120" w:type="dxa"/>
      </w:tblPr>
      <w:tblGrid>
        <w:gridCol w:w="9994"/>
      </w:tblGrid>
      <w:tr>
        <w:tc>
          <w:tcPr>
            <w:tcW w:type="dxa" w:w="9360"/>
            <w:tcMar>
              <w:top w:w="90" w:type="dxa"/>
              <w:start w:w="120" w:type="dxa"/>
              <w:bottom w:w="90" w:type="dxa"/>
              <w:end w:w="120" w:type="dxa"/>
            </w:tcMar>
            <w:vAlign w:val="center"/>
            <w:shd w:fill="0F1F38"/>
          </w:tcPr>
          <w:p>
            <w:pPr>
              <w:jc w:val="center"/>
            </w:pPr>
            <w:r>
              <w:rPr>
                <w:rFonts w:ascii="Aptos" w:hAnsi="Aptos"/>
                <w:b/>
                <w:i w:val="0"/>
                <w:color w:val="E2C990"/>
                <w:sz w:val="18"/>
              </w:rPr>
              <w:t>NEW JERSEY PROPERTY TOOLKIT</w:t>
            </w:r>
          </w:p>
          <w:p>
            <w:pPr>
              <w:jc w:val="center"/>
            </w:pPr>
            <w:r>
              <w:rPr>
                <w:rFonts w:ascii="Georgia" w:hAnsi="Georgia"/>
                <w:b/>
                <w:i w:val="0"/>
                <w:color w:val="FFFFFF"/>
                <w:sz w:val="44"/>
              </w:rPr>
              <w:t>New Jersey Executor's Property Sale Checklist</w:t>
            </w:r>
          </w:p>
          <w:p>
            <w:pPr>
              <w:jc w:val="center"/>
            </w:pPr>
            <w:r>
              <w:rPr>
                <w:rFonts w:ascii="Aptos" w:hAnsi="Aptos"/>
                <w:b/>
                <w:i w:val="0"/>
                <w:color w:val="E2C990"/>
                <w:sz w:val="17"/>
              </w:rPr>
              <w:t>EXECUTOR SALE CHECKLIST</w:t>
            </w:r>
          </w:p>
          <w:p>
            <w:pPr>
              <w:jc w:val="center"/>
            </w:pPr>
            <w:r>
              <w:rPr>
                <w:rFonts w:ascii="Aptos" w:hAnsi="Aptos"/>
                <w:b w:val="0"/>
                <w:i w:val="0"/>
                <w:color w:val="FFFFFF"/>
                <w:sz w:val="16"/>
              </w:rPr>
              <w:t>Planning Resource No. 10  |  August 2026</w:t>
            </w:r>
          </w:p>
        </w:tc>
      </w:tr>
    </w:tbl>
    <w:p/>
    <w:p>
      <w:pPr>
        <w:spacing w:after="120" w:line="283" w:lineRule="auto"/>
      </w:pPr>
      <w:r>
        <w:rPr>
          <w:rFonts w:ascii="Aptos" w:hAnsi="Aptos"/>
          <w:b w:val="0"/>
          <w:i w:val="0"/>
          <w:color w:val="17243B"/>
          <w:sz w:val="21"/>
        </w:rPr>
        <w:t>Executors and administrators preparing to evaluate or sell estate-owned real property in New Jersey.</w:t>
      </w:r>
    </w:p>
    <w:p>
      <w:pPr>
        <w:spacing w:after="120" w:line="283" w:lineRule="auto"/>
      </w:pPr>
      <w:r>
        <w:rPr>
          <w:rFonts w:ascii="Aptos" w:hAnsi="Aptos"/>
          <w:b w:val="0"/>
          <w:i w:val="0"/>
          <w:color w:val="17243B"/>
          <w:sz w:val="21"/>
        </w:rPr>
        <w:t>A property sale is only one part of estate administration. This checklist helps separate authority, title, property condition, debts, beneficiaries, contract decisions, and closing records so the executor can coordinate the right professionals and preserve a clear file.</w:t>
      </w:r>
    </w:p>
    <w:tbl>
      <w:tblPr>
        <w:tblW w:type="dxa" w:w="9360"/>
        <w:jc w:val="center"/>
        <w:tblLayout w:type="fixed"/>
        <w:tblLook w:firstColumn="1" w:firstRow="1" w:lastColumn="0" w:lastRow="0" w:noHBand="0" w:noVBand="1" w:val="04A0"/>
        <w:tblInd w:w="120" w:type="dxa"/>
      </w:tblPr>
      <w:tblGrid>
        <w:gridCol w:w="9994"/>
      </w:tblGrid>
      <w:tr>
        <w:tc>
          <w:tcPr>
            <w:tcW w:type="dxa" w:w="9360"/>
            <w:tcMar>
              <w:top w:w="90" w:type="dxa"/>
              <w:start w:w="120" w:type="dxa"/>
              <w:bottom w:w="90" w:type="dxa"/>
              <w:end w:w="120" w:type="dxa"/>
            </w:tcMar>
            <w:vAlign w:val="center"/>
            <w:shd w:fill="F0E8D9"/>
          </w:tcPr>
          <w:p>
            <w:r>
              <w:rPr>
                <w:rFonts w:ascii="Georgia" w:hAnsi="Georgia"/>
                <w:b/>
                <w:i w:val="0"/>
                <w:color w:val="0F1F38"/>
                <w:sz w:val="24"/>
              </w:rPr>
              <w:t>Important</w:t>
            </w:r>
          </w:p>
          <w:p>
            <w:pPr>
              <w:spacing w:after="60"/>
            </w:pPr>
            <w:r>
              <w:rPr>
                <w:rFonts w:ascii="DejaVu Sans" w:hAnsi="DejaVu Sans"/>
                <w:b/>
                <w:i w:val="0"/>
                <w:color w:val="B89C6A"/>
                <w:sz w:val="19"/>
              </w:rPr>
              <w:t xml:space="preserve">☐  </w:t>
            </w:r>
            <w:r>
              <w:rPr>
                <w:rFonts w:ascii="Aptos" w:hAnsi="Aptos"/>
                <w:b w:val="0"/>
                <w:i w:val="0"/>
                <w:color w:val="17243B"/>
                <w:sz w:val="19"/>
              </w:rPr>
              <w:t>Use this resource to organize information and questions; do not treat it as legal, tax, financial, title, lending, court, insurance, or municipal advice.</w:t>
            </w:r>
          </w:p>
          <w:p>
            <w:pPr>
              <w:spacing w:after="60"/>
            </w:pPr>
            <w:r>
              <w:rPr>
                <w:rFonts w:ascii="DejaVu Sans" w:hAnsi="DejaVu Sans"/>
                <w:b/>
                <w:i w:val="0"/>
                <w:color w:val="B89C6A"/>
                <w:sz w:val="19"/>
              </w:rPr>
              <w:t xml:space="preserve">☐  </w:t>
            </w:r>
            <w:r>
              <w:rPr>
                <w:rFonts w:ascii="Aptos" w:hAnsi="Aptos"/>
                <w:b w:val="0"/>
                <w:i w:val="0"/>
                <w:color w:val="17243B"/>
                <w:sz w:val="19"/>
              </w:rPr>
              <w:t>Verify every deadline, payoff, authority document, public requirement, and professional conclusion with the responsible source.</w:t>
            </w:r>
          </w:p>
          <w:p>
            <w:pPr>
              <w:spacing w:after="60"/>
            </w:pPr>
            <w:r>
              <w:rPr>
                <w:rFonts w:ascii="DejaVu Sans" w:hAnsi="DejaVu Sans"/>
                <w:b/>
                <w:i w:val="0"/>
                <w:color w:val="B89C6A"/>
                <w:sz w:val="19"/>
              </w:rPr>
              <w:t xml:space="preserve">☐  </w:t>
            </w:r>
            <w:r>
              <w:rPr>
                <w:rFonts w:ascii="Aptos" w:hAnsi="Aptos"/>
                <w:b w:val="0"/>
                <w:i w:val="0"/>
                <w:color w:val="17243B"/>
                <w:sz w:val="19"/>
              </w:rPr>
              <w:t>If a court, sheriff sale, foreclosure, tax sale, safety, insurance, or occupancy deadline exists, seek qualified help immediately.</w:t>
            </w:r>
          </w:p>
        </w:tc>
      </w:tr>
    </w:tbl>
    <w:p>
      <w:pPr>
        <w:spacing w:after="40"/>
      </w:pPr>
    </w:p>
    <w:p>
      <w:pPr>
        <w:pStyle w:val="Heading1"/>
        <w:keepNext/>
      </w:pPr>
      <w:r>
        <w:rPr>
          <w:rFonts w:ascii="Georgia" w:hAnsi="Georgia"/>
          <w:b/>
          <w:i w:val="0"/>
          <w:color w:val="0F1F38"/>
          <w:sz w:val="34"/>
        </w:rPr>
        <w:t>Who Should Use This Resource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Executors and administrators preparing to evaluate or sell estate-owned real property in New Jersey.</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People who need one organized file before speaking with an attorney, title company, lender, municipality, insurer, housing counselor, or buyer.</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Families comparing options without losing track of urgent property facts and deadlines.</w:t>
      </w:r>
    </w:p>
    <w:p>
      <w:r>
        <w:br w:type="page"/>
      </w:r>
    </w:p>
    <w:p>
      <w:pPr>
        <w:pStyle w:val="Heading1"/>
        <w:keepNext/>
      </w:pPr>
      <w:r>
        <w:rPr>
          <w:rFonts w:ascii="Georgia" w:hAnsi="Georgia"/>
          <w:b/>
          <w:i w:val="0"/>
          <w:color w:val="0F1F38"/>
          <w:sz w:val="34"/>
        </w:rPr>
        <w:t>Start Here: Immediate Priority Checklist</w:t>
      </w:r>
    </w:p>
    <w:p>
      <w:pPr>
        <w:spacing w:after="120" w:line="283" w:lineRule="auto"/>
      </w:pPr>
      <w:r>
        <w:rPr>
          <w:rFonts w:ascii="Aptos" w:hAnsi="Aptos"/>
          <w:b w:val="0"/>
          <w:i w:val="0"/>
          <w:color w:val="17243B"/>
          <w:sz w:val="21"/>
        </w:rPr>
        <w:t>Complete this page before the detailed worksheets. Circle or highlight any item that cannot wait.</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Confirm the fiduciary appointment and exact authority before signing or promising a sale.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Open title early and disclose the complete ownership and estate history.</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Preserve insurance and document vacancy, occupants, access, and condition.</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Identify mortgage, tax, lien, utility, municipal, and sheriff-sale deadlines.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Keep beneficiary communication factual and preserve written approvals or objections.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Use estate counsel for legal authority, conflicts, distributions, and disputed claims.</w:t>
      </w:r>
    </w:p>
    <w:p>
      <w:pPr>
        <w:pStyle w:val="Heading1"/>
        <w:keepNext/>
      </w:pPr>
      <w:r>
        <w:rPr>
          <w:rFonts w:ascii="Georgia" w:hAnsi="Georgia"/>
          <w:b/>
          <w:i w:val="0"/>
          <w:color w:val="0F1F38"/>
          <w:sz w:val="34"/>
        </w:rPr>
        <w:t>Property Contact Snapshot</w:t>
      </w:r>
    </w:p>
    <w:tbl>
      <w:tblPr>
        <w:tblStyle w:val="TableGrid"/>
        <w:tblW w:type="dxa" w:w="9360"/>
        <w:jc w:val="center"/>
        <w:tblLayout w:type="fixed"/>
        <w:tblLook w:firstColumn="1" w:firstRow="1" w:lastColumn="0" w:lastRow="0" w:noHBand="0" w:noVBand="1" w:val="04A0"/>
        <w:tblInd w:w="120" w:type="dxa"/>
      </w:tblPr>
      <w:tblGrid>
        <w:gridCol w:w="4997"/>
        <w:gridCol w:w="4997"/>
      </w:tblGrid>
      <w:tr>
        <w:trPr>
          <w:tblHeader w:val="true"/>
        </w:trPr>
        <w:tc>
          <w:tcPr>
            <w:tcW w:type="dxa" w:w="3096"/>
            <w:tcMar>
              <w:top w:w="90" w:type="dxa"/>
              <w:start w:w="120" w:type="dxa"/>
              <w:bottom w:w="90" w:type="dxa"/>
              <w:end w:w="120" w:type="dxa"/>
            </w:tcMar>
            <w:vAlign w:val="center"/>
            <w:shd w:fill="0F1F38"/>
          </w:tcPr>
          <w:p>
            <w:r>
              <w:rPr>
                <w:rFonts w:ascii="Aptos" w:hAnsi="Aptos"/>
                <w:b/>
                <w:i w:val="0"/>
                <w:color w:val="FFFFFF"/>
                <w:sz w:val="18"/>
              </w:rPr>
              <w:t>Contact / Office</w:t>
            </w:r>
          </w:p>
        </w:tc>
        <w:tc>
          <w:tcPr>
            <w:tcW w:type="dxa" w:w="6264"/>
            <w:tcMar>
              <w:top w:w="90" w:type="dxa"/>
              <w:start w:w="120" w:type="dxa"/>
              <w:bottom w:w="90" w:type="dxa"/>
              <w:end w:w="120" w:type="dxa"/>
            </w:tcMar>
            <w:vAlign w:val="center"/>
            <w:shd w:fill="0F1F38"/>
          </w:tcPr>
          <w:p>
            <w:r>
              <w:rPr>
                <w:rFonts w:ascii="Aptos" w:hAnsi="Aptos"/>
                <w:b/>
                <w:i w:val="0"/>
                <w:color w:val="FFFFFF"/>
                <w:sz w:val="18"/>
              </w:rPr>
              <w:t>Name, phone, email, reference number</w:t>
            </w:r>
          </w:p>
        </w:tc>
      </w:tr>
      <w:tr>
        <w:tc>
          <w:tcPr>
            <w:tcW w:type="dxa" w:w="4997"/>
          </w:tcPr>
          <w:p>
            <w:r>
              <w:rPr>
                <w:rFonts w:ascii="Aptos" w:hAnsi="Aptos"/>
                <w:b w:val="0"/>
                <w:i w:val="0"/>
                <w:color w:val="17243B"/>
                <w:sz w:val="18"/>
              </w:rPr>
              <w:t>Owner / estate representative</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Attorney</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Title company</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Mortgage servicer</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Municipality</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Tax collector</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Insurer</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Trusted property contact</w:t>
            </w:r>
          </w:p>
        </w:tc>
        <w:tc>
          <w:tcPr>
            <w:tcW w:type="dxa" w:w="4997"/>
          </w:tcPr>
          <w:p>
            <w:r>
              <w:rPr>
                <w:rFonts w:ascii="Aptos" w:hAnsi="Aptos"/>
                <w:b w:val="0"/>
                <w:i w:val="0"/>
                <w:color w:val="17243B"/>
                <w:sz w:val="18"/>
              </w:rPr>
              <w:t xml:space="preserve"> </w:t>
            </w:r>
          </w:p>
        </w:tc>
      </w:tr>
    </w:tbl>
    <w:p>
      <w:r>
        <w:br w:type="page"/>
      </w:r>
    </w:p>
    <w:p>
      <w:pPr>
        <w:pStyle w:val="Heading1"/>
        <w:keepNext/>
      </w:pPr>
      <w:r>
        <w:rPr>
          <w:rFonts w:ascii="Georgia" w:hAnsi="Georgia"/>
          <w:b/>
          <w:i w:val="0"/>
          <w:color w:val="0F1F38"/>
          <w:sz w:val="34"/>
        </w:rPr>
        <w:t>Authority Before Marketing</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Obtain and preserve Letters Testamentary or Letters of Administration.</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Confirm whether the will, court order, co-fiduciary, trust, or other document limits the sale.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Match the decedent and estate names to the deed and title records.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Identify co-owners, surviving spouses, life estates, trusts, business entities, and occupants.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Ask estate counsel who must sign the listing, contract, deed, affidavits, and closing documents.</w:t>
      </w:r>
    </w:p>
    <w:p>
      <w:pPr>
        <w:pStyle w:val="Heading2"/>
        <w:keepNext/>
      </w:pPr>
      <w:r>
        <w:rPr>
          <w:rFonts w:ascii="Georgia" w:hAnsi="Georgia"/>
          <w:b/>
          <w:i w:val="0"/>
          <w:color w:val="B89C6A"/>
          <w:sz w:val="25"/>
        </w:rPr>
        <w:t>Notes and Proof</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r>
        <w:br w:type="page"/>
      </w:r>
    </w:p>
    <w:p>
      <w:pPr>
        <w:pStyle w:val="Heading1"/>
        <w:keepNext/>
      </w:pPr>
      <w:r>
        <w:rPr>
          <w:rFonts w:ascii="Georgia" w:hAnsi="Georgia"/>
          <w:b/>
          <w:i w:val="0"/>
          <w:color w:val="0F1F38"/>
          <w:sz w:val="34"/>
        </w:rPr>
        <w:t>Property and Financial Due Diligence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Inventory condition, contents, systems, damage, repairs, and access.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Confirm insurance terms for vacancy, renovation, showings, and closing.</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Collect mortgage, reverse mortgage, tax, utility, association, judgment, and lien information.</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Check municipal resale, smoke/CO, permit, zoning, rental, septic, well, and occupancy requirements.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Build a carrying-cost ledger and update it through closing.</w:t>
      </w:r>
    </w:p>
    <w:p>
      <w:pPr>
        <w:pStyle w:val="Heading2"/>
        <w:keepNext/>
      </w:pPr>
      <w:r>
        <w:rPr>
          <w:rFonts w:ascii="Georgia" w:hAnsi="Georgia"/>
          <w:b/>
          <w:i w:val="0"/>
          <w:color w:val="B89C6A"/>
          <w:sz w:val="25"/>
        </w:rPr>
        <w:t>Notes and Proof</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r>
        <w:br w:type="page"/>
      </w:r>
    </w:p>
    <w:p>
      <w:pPr>
        <w:pStyle w:val="Heading1"/>
        <w:keepNext/>
        <w:keepLines/>
      </w:pPr>
      <w:r>
        <w:rPr>
          <w:rFonts w:ascii="Georgia" w:hAnsi="Georgia"/>
          <w:b/>
          <w:i w:val="0"/>
          <w:color w:val="0F1F38"/>
          <w:sz w:val="34"/>
        </w:rPr>
        <w:t>Compare Sale Paths</w:t>
      </w:r>
    </w:p>
    <w:tbl>
      <w:tblPr>
        <w:tblW w:type="dxa" w:w="9290"/>
        <w:jc w:val="left"/>
        <w:tblLayout w:type="fixed"/>
        <w:tblLook w:firstColumn="1" w:firstRow="1" w:lastColumn="0" w:lastRow="0" w:noHBand="0" w:noVBand="1" w:val="04A0"/>
      </w:tblPr>
      <w:tblGrid>
        <w:gridCol w:w="9288"/>
      </w:tblGrid>
      <w:tr>
        <w:trPr>
          <w:cantSplit/>
        </w:trPr>
        <w:tc>
          <w:tcPr>
            <w:tcW w:type="dxa" w:w="9994"/>
            <w:shd w:fill="10213F"/>
            <w:tcBorders>
              <w:top w:val="single" w:sz="5" w:color="D9B44A"/>
              <w:left w:val="single" w:sz="14" w:color="D9B44A"/>
              <w:bottom w:val="single" w:sz="5" w:color="D9B44A"/>
              <w:right w:val="single" w:sz="5" w:color="D9B44A"/>
            </w:tcBorders>
            <w:tcMar>
              <w:top w:w="150" w:type="dxa"/>
              <w:left w:w="190" w:type="dxa"/>
              <w:bottom w:w="150" w:type="dxa"/>
              <w:right w:w="190" w:type="dxa"/>
            </w:tcMar>
          </w:tcPr>
          <w:p>
            <w:pPr>
              <w:spacing w:after="80"/>
              <w:jc w:val="left"/>
              <w:keepNext/>
              <w:keepLines/>
            </w:pPr>
            <w:r>
              <w:rPr>
                <w:rFonts w:ascii="Arial" w:hAnsi="Arial"/>
                <w:b/>
                <w:color w:val="EAC35B"/>
                <w:sz w:val="18"/>
              </w:rPr>
              <w:t>FREE TO FIND OUT</w:t>
            </w:r>
          </w:p>
          <w:p>
            <w:pPr>
              <w:spacing w:after="80"/>
              <w:keepNext/>
              <w:keepLines/>
            </w:pPr>
            <w:r>
              <w:rPr>
                <w:rFonts w:ascii="Arial" w:hAnsi="Arial"/>
                <w:b/>
                <w:color w:val="FFFFFF"/>
                <w:sz w:val="22"/>
              </w:rPr>
              <w:t>You do not need every document or every answer before contacting us.</w:t>
            </w:r>
          </w:p>
          <w:p>
            <w:pPr>
              <w:spacing w:after="60"/>
              <w:keepNext/>
              <w:keepLines/>
            </w:pPr>
            <w:r>
              <w:rPr>
                <w:rFonts w:ascii="Arial" w:hAnsi="Arial"/>
                <w:color w:val="FFFFFF"/>
                <w:sz w:val="18"/>
              </w:rPr>
              <w:t>We buy New Jersey houses as-is - no repairs, cleanup, showings, or commissions. Tell Ray what is happening and what deadline you are facing. It is free to find out whether a direct sale could help.</w:t>
            </w:r>
          </w:p>
          <w:p>
            <w:pPr>
              <w:spacing w:after="0"/>
            </w:pPr>
            <w:r>
              <w:rPr>
                <w:rFonts w:ascii="Arial" w:hAnsi="Arial"/>
                <w:b/>
                <w:color w:val="EAC35B"/>
                <w:sz w:val="18"/>
              </w:rPr>
              <w:t>THE PROPERTY PROBLEM CAN START BEING ADDRESSED TODAY.  Call (973) 939-5151 or text (424) 440-2739.</w:t>
            </w:r>
          </w:p>
        </w:tc>
      </w:tr>
    </w:tbl>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Request a written listing net sheet and realistic preparation timeline.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Request direct as-is proposals in writing with proof of funds and condition terms.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Compare price only after commission, repairs, cleanout, concessions, carrying cost, financing risk, and timing.</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Document why the chosen path serves the estate based on verified facts.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Do not allow an interested party to control the comparison without disclosure and independent advice.</w:t>
      </w:r>
    </w:p>
    <w:p>
      <w:pPr>
        <w:pStyle w:val="Heading2"/>
        <w:keepNext/>
      </w:pPr>
      <w:r>
        <w:rPr>
          <w:rFonts w:ascii="Georgia" w:hAnsi="Georgia"/>
          <w:b/>
          <w:i w:val="0"/>
          <w:color w:val="B89C6A"/>
          <w:sz w:val="25"/>
        </w:rPr>
        <w:t>Notes and Proof</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r>
        <w:br w:type="page"/>
      </w:r>
    </w:p>
    <w:p>
      <w:pPr>
        <w:pStyle w:val="Heading1"/>
        <w:keepNext/>
      </w:pPr>
      <w:r>
        <w:rPr>
          <w:rFonts w:ascii="Georgia" w:hAnsi="Georgia"/>
          <w:b/>
          <w:i w:val="0"/>
          <w:color w:val="0F1F38"/>
          <w:sz w:val="34"/>
        </w:rPr>
        <w:t>Contract Through Closing</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Send the complete authority and title file before contract deadlines.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Assign responsibility for occupants, personal property, permits, inspections, utilities, and access.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Track attorney review, deposit, title objections, payoff requests, municipal items, and closing conditions.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Confirm final settlement figures with counsel and preserve signed closing records.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Do not distribute proceeds until counsel confirms debts, reserves, taxes, claims, and fiduciary obligations.</w:t>
      </w:r>
    </w:p>
    <w:p>
      <w:pPr>
        <w:pStyle w:val="Heading2"/>
        <w:keepNext/>
      </w:pPr>
      <w:r>
        <w:rPr>
          <w:rFonts w:ascii="Georgia" w:hAnsi="Georgia"/>
          <w:b/>
          <w:i w:val="0"/>
          <w:color w:val="B89C6A"/>
          <w:sz w:val="25"/>
        </w:rPr>
        <w:t>Notes and Proof</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r>
        <w:br w:type="page"/>
      </w:r>
    </w:p>
    <w:p>
      <w:pPr>
        <w:pStyle w:val="Heading1"/>
        <w:keepNext/>
      </w:pPr>
      <w:r>
        <w:rPr>
          <w:rFonts w:ascii="Georgia" w:hAnsi="Georgia"/>
          <w:b/>
          <w:i w:val="0"/>
          <w:color w:val="0F1F38"/>
          <w:sz w:val="34"/>
        </w:rPr>
        <w:t>Executor Sale Readiness</w:t>
      </w:r>
    </w:p>
    <w:tbl>
      <w:tblPr>
        <w:tblStyle w:val="TableGrid"/>
        <w:tblW w:type="dxa" w:w="9360"/>
        <w:jc w:val="center"/>
        <w:tblLayout w:type="fixed"/>
        <w:tblLook w:firstColumn="1" w:firstRow="1" w:lastColumn="0" w:lastRow="0" w:noHBand="0" w:noVBand="1" w:val="04A0"/>
        <w:tblInd w:w="120" w:type="dxa"/>
      </w:tblPr>
      <w:tblGrid>
        <w:gridCol w:w="4997"/>
        <w:gridCol w:w="4997"/>
      </w:tblGrid>
      <w:tr>
        <w:trPr>
          <w:tblHeader w:val="true"/>
        </w:trPr>
        <w:tc>
          <w:tcPr>
            <w:tcW w:type="dxa" w:w="3096"/>
            <w:tcMar>
              <w:top w:w="90" w:type="dxa"/>
              <w:start w:w="120" w:type="dxa"/>
              <w:bottom w:w="90" w:type="dxa"/>
              <w:end w:w="120" w:type="dxa"/>
            </w:tcMar>
            <w:vAlign w:val="center"/>
            <w:shd w:fill="0F1F38"/>
          </w:tcPr>
          <w:p>
            <w:r>
              <w:rPr>
                <w:rFonts w:ascii="Aptos" w:hAnsi="Aptos"/>
                <w:b/>
                <w:i w:val="0"/>
                <w:color w:val="FFFFFF"/>
                <w:sz w:val="18"/>
              </w:rPr>
              <w:t>Requirement</w:t>
            </w:r>
          </w:p>
        </w:tc>
        <w:tc>
          <w:tcPr>
            <w:tcW w:type="dxa" w:w="6264"/>
            <w:tcMar>
              <w:top w:w="90" w:type="dxa"/>
              <w:start w:w="120" w:type="dxa"/>
              <w:bottom w:w="90" w:type="dxa"/>
              <w:end w:w="120" w:type="dxa"/>
            </w:tcMar>
            <w:vAlign w:val="center"/>
            <w:shd w:fill="0F1F38"/>
          </w:tcPr>
          <w:p>
            <w:r>
              <w:rPr>
                <w:rFonts w:ascii="Aptos" w:hAnsi="Aptos"/>
                <w:b/>
                <w:i w:val="0"/>
                <w:color w:val="FFFFFF"/>
                <w:sz w:val="18"/>
              </w:rPr>
              <w:t>Status / Proof</w:t>
            </w:r>
          </w:p>
        </w:tc>
      </w:tr>
      <w:tr>
        <w:tc>
          <w:tcPr>
            <w:tcW w:type="dxa" w:w="4997"/>
          </w:tcPr>
          <w:p>
            <w:r>
              <w:rPr>
                <w:rFonts w:ascii="Aptos" w:hAnsi="Aptos"/>
                <w:b w:val="0"/>
                <w:i w:val="0"/>
                <w:color w:val="17243B"/>
                <w:sz w:val="18"/>
              </w:rPr>
              <w:t>Letters and authority</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Deed and ownership</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Beneficiaries / heirs</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Occupants / tenants</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Insurance</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Title opened</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Mortgage / liens</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Taxes / utilities</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Municipal requirements</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Property contents</w:t>
            </w:r>
          </w:p>
        </w:tc>
        <w:tc>
          <w:tcPr>
            <w:tcW w:type="dxa" w:w="4997"/>
          </w:tcPr>
          <w:p>
            <w:r>
              <w:rPr>
                <w:rFonts w:ascii="Aptos" w:hAnsi="Aptos"/>
                <w:b w:val="0"/>
                <w:i w:val="0"/>
                <w:color w:val="17243B"/>
                <w:sz w:val="18"/>
              </w:rPr>
              <w:t xml:space="preserve"> </w:t>
            </w:r>
          </w:p>
        </w:tc>
      </w:tr>
    </w:tbl>
    <w:p/>
    <w:p>
      <w:r>
        <w:br w:type="page"/>
      </w:r>
    </w:p>
    <w:p>
      <w:pPr>
        <w:pStyle w:val="Heading1"/>
        <w:keepNext/>
      </w:pPr>
      <w:r>
        <w:rPr>
          <w:rFonts w:ascii="Georgia" w:hAnsi="Georgia"/>
          <w:b/>
          <w:i w:val="0"/>
          <w:color w:val="0F1F38"/>
          <w:sz w:val="34"/>
        </w:rPr>
        <w:t>Sale Path Comparison</w:t>
      </w:r>
    </w:p>
    <w:tbl>
      <w:tblPr>
        <w:tblStyle w:val="TableGrid"/>
        <w:tblW w:type="dxa" w:w="9360"/>
        <w:jc w:val="center"/>
        <w:tblLayout w:type="fixed"/>
        <w:tblLook w:firstColumn="1" w:firstRow="1" w:lastColumn="0" w:lastRow="0" w:noHBand="0" w:noVBand="1" w:val="04A0"/>
        <w:tblInd w:w="120" w:type="dxa"/>
      </w:tblPr>
      <w:tblGrid>
        <w:gridCol w:w="3331"/>
        <w:gridCol w:w="3331"/>
        <w:gridCol w:w="3331"/>
      </w:tblGrid>
      <w:tr>
        <w:trPr>
          <w:tblHeader w:val="true"/>
        </w:trPr>
        <w:tc>
          <w:tcPr>
            <w:tcW w:type="dxa" w:w="3456"/>
            <w:tcMar>
              <w:top w:w="90" w:type="dxa"/>
              <w:start w:w="120" w:type="dxa"/>
              <w:bottom w:w="90" w:type="dxa"/>
              <w:end w:w="120" w:type="dxa"/>
            </w:tcMar>
            <w:vAlign w:val="center"/>
            <w:shd w:fill="0F1F38"/>
          </w:tcPr>
          <w:p>
            <w:r>
              <w:rPr>
                <w:rFonts w:ascii="Aptos" w:hAnsi="Aptos"/>
                <w:b/>
                <w:i w:val="0"/>
                <w:color w:val="FFFFFF"/>
                <w:sz w:val="18"/>
              </w:rPr>
              <w:t>Factor</w:t>
            </w:r>
          </w:p>
        </w:tc>
        <w:tc>
          <w:tcPr>
            <w:tcW w:type="dxa" w:w="3312"/>
            <w:tcMar>
              <w:top w:w="90" w:type="dxa"/>
              <w:start w:w="120" w:type="dxa"/>
              <w:bottom w:w="90" w:type="dxa"/>
              <w:end w:w="120" w:type="dxa"/>
            </w:tcMar>
            <w:vAlign w:val="center"/>
            <w:shd w:fill="0F1F38"/>
          </w:tcPr>
          <w:p>
            <w:r>
              <w:rPr>
                <w:rFonts w:ascii="Aptos" w:hAnsi="Aptos"/>
                <w:b/>
                <w:i w:val="0"/>
                <w:color w:val="FFFFFF"/>
                <w:sz w:val="18"/>
              </w:rPr>
              <w:t>Listing</w:t>
            </w:r>
          </w:p>
        </w:tc>
        <w:tc>
          <w:tcPr>
            <w:tcW w:type="dxa" w:w="2592"/>
            <w:tcMar>
              <w:top w:w="90" w:type="dxa"/>
              <w:start w:w="120" w:type="dxa"/>
              <w:bottom w:w="90" w:type="dxa"/>
              <w:end w:w="120" w:type="dxa"/>
            </w:tcMar>
            <w:vAlign w:val="center"/>
            <w:shd w:fill="0F1F38"/>
          </w:tcPr>
          <w:p>
            <w:r>
              <w:rPr>
                <w:rFonts w:ascii="Aptos" w:hAnsi="Aptos"/>
                <w:b/>
                <w:i w:val="0"/>
                <w:color w:val="FFFFFF"/>
                <w:sz w:val="18"/>
              </w:rPr>
              <w:t>Direct As-Is Sale</w:t>
            </w:r>
          </w:p>
        </w:tc>
      </w:tr>
      <w:tr>
        <w:tc>
          <w:tcPr>
            <w:tcW w:type="dxa" w:w="3331"/>
          </w:tcPr>
          <w:p>
            <w:r>
              <w:rPr>
                <w:rFonts w:ascii="Aptos" w:hAnsi="Aptos"/>
                <w:b w:val="0"/>
                <w:i w:val="0"/>
                <w:color w:val="17243B"/>
                <w:sz w:val="18"/>
              </w:rPr>
              <w:t>Expected price</w:t>
            </w:r>
          </w:p>
        </w:tc>
        <w:tc>
          <w:tcPr>
            <w:tcW w:type="dxa" w:w="3331"/>
          </w:tcPr>
          <w:p>
            <w:r>
              <w:rPr>
                <w:rFonts w:ascii="Aptos" w:hAnsi="Aptos"/>
                <w:b w:val="0"/>
                <w:i w:val="0"/>
                <w:color w:val="17243B"/>
                <w:sz w:val="18"/>
              </w:rPr>
              <w:t xml:space="preserve"> </w:t>
            </w:r>
          </w:p>
        </w:tc>
        <w:tc>
          <w:tcPr>
            <w:tcW w:type="dxa" w:w="3331"/>
          </w:tcPr>
          <w:p>
            <w:r>
              <w:rPr>
                <w:rFonts w:ascii="Aptos" w:hAnsi="Aptos"/>
                <w:b w:val="0"/>
                <w:i w:val="0"/>
                <w:color w:val="17243B"/>
                <w:sz w:val="18"/>
              </w:rPr>
              <w:t xml:space="preserve"> </w:t>
            </w:r>
          </w:p>
        </w:tc>
      </w:tr>
      <w:tr>
        <w:tc>
          <w:tcPr>
            <w:tcW w:type="dxa" w:w="3331"/>
          </w:tcPr>
          <w:p>
            <w:r>
              <w:rPr>
                <w:rFonts w:ascii="Aptos" w:hAnsi="Aptos"/>
                <w:b w:val="0"/>
                <w:i w:val="0"/>
                <w:color w:val="17243B"/>
                <w:sz w:val="18"/>
              </w:rPr>
              <w:t>Commission / fees</w:t>
            </w:r>
          </w:p>
        </w:tc>
        <w:tc>
          <w:tcPr>
            <w:tcW w:type="dxa" w:w="3331"/>
          </w:tcPr>
          <w:p>
            <w:r>
              <w:rPr>
                <w:rFonts w:ascii="Aptos" w:hAnsi="Aptos"/>
                <w:b w:val="0"/>
                <w:i w:val="0"/>
                <w:color w:val="17243B"/>
                <w:sz w:val="18"/>
              </w:rPr>
              <w:t xml:space="preserve"> </w:t>
            </w:r>
          </w:p>
        </w:tc>
        <w:tc>
          <w:tcPr>
            <w:tcW w:type="dxa" w:w="3331"/>
          </w:tcPr>
          <w:p>
            <w:r>
              <w:rPr>
                <w:rFonts w:ascii="Aptos" w:hAnsi="Aptos"/>
                <w:b w:val="0"/>
                <w:i w:val="0"/>
                <w:color w:val="17243B"/>
                <w:sz w:val="18"/>
              </w:rPr>
              <w:t xml:space="preserve"> </w:t>
            </w:r>
          </w:p>
        </w:tc>
      </w:tr>
      <w:tr>
        <w:tc>
          <w:tcPr>
            <w:tcW w:type="dxa" w:w="3331"/>
          </w:tcPr>
          <w:p>
            <w:r>
              <w:rPr>
                <w:rFonts w:ascii="Aptos" w:hAnsi="Aptos"/>
                <w:b w:val="0"/>
                <w:i w:val="0"/>
                <w:color w:val="17243B"/>
                <w:sz w:val="18"/>
              </w:rPr>
              <w:t>Repairs / cleanout</w:t>
            </w:r>
          </w:p>
        </w:tc>
        <w:tc>
          <w:tcPr>
            <w:tcW w:type="dxa" w:w="3331"/>
          </w:tcPr>
          <w:p>
            <w:r>
              <w:rPr>
                <w:rFonts w:ascii="Aptos" w:hAnsi="Aptos"/>
                <w:b w:val="0"/>
                <w:i w:val="0"/>
                <w:color w:val="17243B"/>
                <w:sz w:val="18"/>
              </w:rPr>
              <w:t xml:space="preserve"> </w:t>
            </w:r>
          </w:p>
        </w:tc>
        <w:tc>
          <w:tcPr>
            <w:tcW w:type="dxa" w:w="3331"/>
          </w:tcPr>
          <w:p>
            <w:r>
              <w:rPr>
                <w:rFonts w:ascii="Aptos" w:hAnsi="Aptos"/>
                <w:b w:val="0"/>
                <w:i w:val="0"/>
                <w:color w:val="17243B"/>
                <w:sz w:val="18"/>
              </w:rPr>
              <w:t xml:space="preserve"> </w:t>
            </w:r>
          </w:p>
        </w:tc>
      </w:tr>
      <w:tr>
        <w:tc>
          <w:tcPr>
            <w:tcW w:type="dxa" w:w="3331"/>
          </w:tcPr>
          <w:p>
            <w:r>
              <w:rPr>
                <w:rFonts w:ascii="Aptos" w:hAnsi="Aptos"/>
                <w:b w:val="0"/>
                <w:i w:val="0"/>
                <w:color w:val="17243B"/>
                <w:sz w:val="18"/>
              </w:rPr>
              <w:t>Carrying time</w:t>
            </w:r>
          </w:p>
        </w:tc>
        <w:tc>
          <w:tcPr>
            <w:tcW w:type="dxa" w:w="3331"/>
          </w:tcPr>
          <w:p>
            <w:r>
              <w:rPr>
                <w:rFonts w:ascii="Aptos" w:hAnsi="Aptos"/>
                <w:b w:val="0"/>
                <w:i w:val="0"/>
                <w:color w:val="17243B"/>
                <w:sz w:val="18"/>
              </w:rPr>
              <w:t xml:space="preserve"> </w:t>
            </w:r>
          </w:p>
        </w:tc>
        <w:tc>
          <w:tcPr>
            <w:tcW w:type="dxa" w:w="3331"/>
          </w:tcPr>
          <w:p>
            <w:r>
              <w:rPr>
                <w:rFonts w:ascii="Aptos" w:hAnsi="Aptos"/>
                <w:b w:val="0"/>
                <w:i w:val="0"/>
                <w:color w:val="17243B"/>
                <w:sz w:val="18"/>
              </w:rPr>
              <w:t xml:space="preserve"> </w:t>
            </w:r>
          </w:p>
        </w:tc>
      </w:tr>
      <w:tr>
        <w:tc>
          <w:tcPr>
            <w:tcW w:type="dxa" w:w="3331"/>
          </w:tcPr>
          <w:p>
            <w:r>
              <w:rPr>
                <w:rFonts w:ascii="Aptos" w:hAnsi="Aptos"/>
                <w:b w:val="0"/>
                <w:i w:val="0"/>
                <w:color w:val="17243B"/>
                <w:sz w:val="18"/>
              </w:rPr>
              <w:t>Financing / appraisal risk</w:t>
            </w:r>
          </w:p>
        </w:tc>
        <w:tc>
          <w:tcPr>
            <w:tcW w:type="dxa" w:w="3331"/>
          </w:tcPr>
          <w:p>
            <w:r>
              <w:rPr>
                <w:rFonts w:ascii="Aptos" w:hAnsi="Aptos"/>
                <w:b w:val="0"/>
                <w:i w:val="0"/>
                <w:color w:val="17243B"/>
                <w:sz w:val="18"/>
              </w:rPr>
              <w:t xml:space="preserve"> </w:t>
            </w:r>
          </w:p>
        </w:tc>
        <w:tc>
          <w:tcPr>
            <w:tcW w:type="dxa" w:w="3331"/>
          </w:tcPr>
          <w:p>
            <w:r>
              <w:rPr>
                <w:rFonts w:ascii="Aptos" w:hAnsi="Aptos"/>
                <w:b w:val="0"/>
                <w:i w:val="0"/>
                <w:color w:val="17243B"/>
                <w:sz w:val="18"/>
              </w:rPr>
              <w:t xml:space="preserve"> </w:t>
            </w:r>
          </w:p>
        </w:tc>
      </w:tr>
      <w:tr>
        <w:tc>
          <w:tcPr>
            <w:tcW w:type="dxa" w:w="3331"/>
          </w:tcPr>
          <w:p>
            <w:r>
              <w:rPr>
                <w:rFonts w:ascii="Aptos" w:hAnsi="Aptos"/>
                <w:b w:val="0"/>
                <w:i w:val="0"/>
                <w:color w:val="17243B"/>
                <w:sz w:val="18"/>
              </w:rPr>
              <w:t>Municipal work</w:t>
            </w:r>
          </w:p>
        </w:tc>
        <w:tc>
          <w:tcPr>
            <w:tcW w:type="dxa" w:w="3331"/>
          </w:tcPr>
          <w:p>
            <w:r>
              <w:rPr>
                <w:rFonts w:ascii="Aptos" w:hAnsi="Aptos"/>
                <w:b w:val="0"/>
                <w:i w:val="0"/>
                <w:color w:val="17243B"/>
                <w:sz w:val="18"/>
              </w:rPr>
              <w:t xml:space="preserve"> </w:t>
            </w:r>
          </w:p>
        </w:tc>
        <w:tc>
          <w:tcPr>
            <w:tcW w:type="dxa" w:w="3331"/>
          </w:tcPr>
          <w:p>
            <w:r>
              <w:rPr>
                <w:rFonts w:ascii="Aptos" w:hAnsi="Aptos"/>
                <w:b w:val="0"/>
                <w:i w:val="0"/>
                <w:color w:val="17243B"/>
                <w:sz w:val="18"/>
              </w:rPr>
              <w:t xml:space="preserve"> </w:t>
            </w:r>
          </w:p>
        </w:tc>
      </w:tr>
      <w:tr>
        <w:tc>
          <w:tcPr>
            <w:tcW w:type="dxa" w:w="3331"/>
          </w:tcPr>
          <w:p>
            <w:r>
              <w:rPr>
                <w:rFonts w:ascii="Aptos" w:hAnsi="Aptos"/>
                <w:b w:val="0"/>
                <w:i w:val="0"/>
                <w:color w:val="17243B"/>
                <w:sz w:val="18"/>
              </w:rPr>
              <w:t>Estimated net</w:t>
            </w:r>
          </w:p>
        </w:tc>
        <w:tc>
          <w:tcPr>
            <w:tcW w:type="dxa" w:w="3331"/>
          </w:tcPr>
          <w:p>
            <w:r>
              <w:rPr>
                <w:rFonts w:ascii="Aptos" w:hAnsi="Aptos"/>
                <w:b w:val="0"/>
                <w:i w:val="0"/>
                <w:color w:val="17243B"/>
                <w:sz w:val="18"/>
              </w:rPr>
              <w:t xml:space="preserve"> </w:t>
            </w:r>
          </w:p>
        </w:tc>
        <w:tc>
          <w:tcPr>
            <w:tcW w:type="dxa" w:w="3331"/>
          </w:tcPr>
          <w:p>
            <w:r>
              <w:rPr>
                <w:rFonts w:ascii="Aptos" w:hAnsi="Aptos"/>
                <w:b w:val="0"/>
                <w:i w:val="0"/>
                <w:color w:val="17243B"/>
                <w:sz w:val="18"/>
              </w:rPr>
              <w:t xml:space="preserve"> </w:t>
            </w:r>
          </w:p>
        </w:tc>
      </w:tr>
      <w:tr>
        <w:tc>
          <w:tcPr>
            <w:tcW w:type="dxa" w:w="3331"/>
          </w:tcPr>
          <w:p>
            <w:r>
              <w:rPr>
                <w:rFonts w:ascii="Aptos" w:hAnsi="Aptos"/>
                <w:b w:val="0"/>
                <w:i w:val="0"/>
                <w:color w:val="17243B"/>
                <w:sz w:val="18"/>
              </w:rPr>
              <w:t>Decision notes</w:t>
            </w:r>
          </w:p>
        </w:tc>
        <w:tc>
          <w:tcPr>
            <w:tcW w:type="dxa" w:w="3331"/>
          </w:tcPr>
          <w:p>
            <w:r>
              <w:rPr>
                <w:rFonts w:ascii="Aptos" w:hAnsi="Aptos"/>
                <w:b w:val="0"/>
                <w:i w:val="0"/>
                <w:color w:val="17243B"/>
                <w:sz w:val="18"/>
              </w:rPr>
              <w:t xml:space="preserve"> </w:t>
            </w:r>
          </w:p>
        </w:tc>
        <w:tc>
          <w:tcPr>
            <w:tcW w:type="dxa" w:w="3331"/>
          </w:tcPr>
          <w:p>
            <w:r>
              <w:rPr>
                <w:rFonts w:ascii="Aptos" w:hAnsi="Aptos"/>
                <w:b w:val="0"/>
                <w:i w:val="0"/>
                <w:color w:val="17243B"/>
                <w:sz w:val="18"/>
              </w:rPr>
              <w:t xml:space="preserve"> </w:t>
            </w:r>
          </w:p>
        </w:tc>
      </w:tr>
    </w:tbl>
    <w:p/>
    <w:p>
      <w:r>
        <w:br w:type="page"/>
      </w:r>
    </w:p>
    <w:p>
      <w:pPr>
        <w:pStyle w:val="Heading1"/>
        <w:keepNext/>
      </w:pPr>
      <w:r>
        <w:rPr>
          <w:rFonts w:ascii="Georgia" w:hAnsi="Georgia"/>
          <w:b/>
          <w:i w:val="0"/>
          <w:color w:val="0F1F38"/>
          <w:sz w:val="34"/>
        </w:rPr>
        <w:t>Questions to Take to the Right Professional</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What document gives me authority to sell this property?</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Who else must sign or receive notice?</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What must be resolved before contract and what can be handled at closing?</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Which offer produces the strongest verified net for the estate?</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What closing proceeds must remain reserved?</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pStyle w:val="Heading1"/>
        <w:keepNext/>
      </w:pPr>
      <w:r>
        <w:rPr>
          <w:rFonts w:ascii="Georgia" w:hAnsi="Georgia"/>
          <w:b/>
          <w:i w:val="0"/>
          <w:color w:val="0F1F38"/>
          <w:sz w:val="34"/>
        </w:rPr>
        <w:t>My Next Three Actions</w:t>
      </w:r>
    </w:p>
    <w:p>
      <w:pPr>
        <w:spacing w:after="120" w:line="283" w:lineRule="auto"/>
      </w:pPr>
      <w:r>
        <w:rPr>
          <w:rFonts w:ascii="Aptos" w:hAnsi="Aptos"/>
          <w:b w:val="0"/>
          <w:i w:val="0"/>
          <w:color w:val="17243B"/>
          <w:sz w:val="21"/>
        </w:rPr>
        <w:t>1. Action: ____________________________________  Owner: __________________  Due: __________</w:t>
      </w:r>
    </w:p>
    <w:p>
      <w:pPr>
        <w:spacing w:after="120" w:line="283" w:lineRule="auto"/>
      </w:pPr>
      <w:r>
        <w:rPr>
          <w:rFonts w:ascii="Aptos" w:hAnsi="Aptos"/>
          <w:b w:val="0"/>
          <w:i w:val="0"/>
          <w:color w:val="17243B"/>
          <w:sz w:val="21"/>
        </w:rPr>
        <w:t>2. Action: ____________________________________  Owner: __________________  Due: __________</w:t>
      </w:r>
    </w:p>
    <w:p>
      <w:pPr>
        <w:spacing w:after="120" w:line="283" w:lineRule="auto"/>
      </w:pPr>
      <w:r>
        <w:rPr>
          <w:rFonts w:ascii="Aptos" w:hAnsi="Aptos"/>
          <w:b w:val="0"/>
          <w:i w:val="0"/>
          <w:color w:val="17243B"/>
          <w:sz w:val="21"/>
        </w:rPr>
        <w:t>3. Action: ____________________________________  Owner: __________________  Due: __________</w:t>
      </w:r>
    </w:p>
    <w:p>
      <w:pPr>
        <w:pStyle w:val="Heading1"/>
        <w:keepNext/>
      </w:pPr>
      <w:r>
        <w:rPr>
          <w:rFonts w:ascii="Georgia" w:hAnsi="Georgia"/>
          <w:b/>
          <w:i w:val="0"/>
          <w:color w:val="0F1F38"/>
          <w:sz w:val="34"/>
        </w:rPr>
        <w:t>Official Starting Sources</w:t>
      </w:r>
    </w:p>
    <w:p>
      <w:pPr>
        <w:spacing w:after="120" w:line="283" w:lineRule="auto"/>
      </w:pPr>
      <w:r>
        <w:rPr>
          <w:rFonts w:ascii="Aptos" w:hAnsi="Aptos"/>
          <w:b w:val="0"/>
          <w:i w:val="0"/>
          <w:color w:val="17243B"/>
          <w:sz w:val="21"/>
        </w:rPr>
        <w:t>Use current official instructions and confirm that each source applies to the specific property and situation.</w:t>
      </w:r>
    </w:p>
    <w:p>
      <w:pPr>
        <w:spacing w:after="120"/>
      </w:pPr>
      <w:r>
        <w:rPr>
          <w:rFonts w:ascii="Aptos" w:hAnsi="Aptos"/>
          <w:b/>
          <w:i w:val="0"/>
          <w:color w:val="17243B"/>
          <w:sz w:val="18"/>
        </w:rPr>
        <w:t xml:space="preserve">New Jersey Courts - Self-Help: </w:t>
      </w:r>
      <w:r>
        <w:rPr>
          <w:rFonts w:ascii="Aptos" w:hAnsi="Aptos"/>
          <w:b w:val="0"/>
          <w:i w:val="0"/>
          <w:color w:val="285B8F"/>
          <w:sz w:val="18"/>
        </w:rPr>
        <w:t>https://www.njcourts.gov/self-help</w:t>
      </w:r>
    </w:p>
    <w:p>
      <w:pPr>
        <w:spacing w:after="120"/>
      </w:pPr>
      <w:r>
        <w:rPr>
          <w:rFonts w:ascii="Aptos" w:hAnsi="Aptos"/>
          <w:b/>
          <w:i w:val="0"/>
          <w:color w:val="17243B"/>
          <w:sz w:val="18"/>
        </w:rPr>
        <w:t xml:space="preserve">New Jersey Division of Taxation - Estates and Inheritance: </w:t>
      </w:r>
      <w:r>
        <w:rPr>
          <w:rFonts w:ascii="Aptos" w:hAnsi="Aptos"/>
          <w:b w:val="0"/>
          <w:i w:val="0"/>
          <w:color w:val="285B8F"/>
          <w:sz w:val="18"/>
        </w:rPr>
        <w:t>https://www.nj.gov/treasury/taxation/inheritance-estate/inheritance.shtml</w:t>
      </w:r>
    </w:p>
    <w:p>
      <w:pPr>
        <w:spacing w:after="120"/>
      </w:pPr>
      <w:r>
        <w:rPr>
          <w:rFonts w:ascii="Aptos" w:hAnsi="Aptos"/>
          <w:b/>
          <w:i w:val="0"/>
          <w:color w:val="17243B"/>
          <w:sz w:val="18"/>
        </w:rPr>
        <w:t xml:space="preserve">New Jersey Real Estate Commission: </w:t>
      </w:r>
      <w:r>
        <w:rPr>
          <w:rFonts w:ascii="Aptos" w:hAnsi="Aptos"/>
          <w:b w:val="0"/>
          <w:i w:val="0"/>
          <w:color w:val="285B8F"/>
          <w:sz w:val="18"/>
        </w:rPr>
        <w:t>https://www.nj.gov/dobi/division_rec/</w:t>
      </w:r>
    </w:p>
    <w:p>
      <w:r>
        <w:br w:type="page"/>
      </w:r>
    </w:p>
    <w:tbl>
      <w:tblPr>
        <w:tblW w:type="dxa" w:w="9360"/>
        <w:jc w:val="center"/>
        <w:tblLayout w:type="fixed"/>
        <w:tblLook w:firstColumn="1" w:firstRow="1" w:lastColumn="0" w:lastRow="0" w:noHBand="0" w:noVBand="1" w:val="04A0"/>
        <w:tblInd w:w="120" w:type="dxa"/>
      </w:tblPr>
      <w:tblGrid>
        <w:gridCol w:w="9994"/>
      </w:tblGrid>
      <w:tr>
        <w:tc>
          <w:tcPr>
            <w:tcW w:type="dxa" w:w="9360"/>
            <w:tcMar>
              <w:top w:w="90" w:type="dxa"/>
              <w:start w:w="120" w:type="dxa"/>
              <w:bottom w:w="90" w:type="dxa"/>
              <w:end w:w="120" w:type="dxa"/>
            </w:tcMar>
            <w:vAlign w:val="center"/>
            <w:shd w:fill="162847"/>
          </w:tcPr>
          <w:p>
            <w:r>
              <w:rPr>
                <w:rFonts w:ascii="Georgia" w:hAnsi="Georgia"/>
                <w:b/>
                <w:i w:val="0"/>
                <w:color w:val="FFFFFF"/>
                <w:sz w:val="24"/>
              </w:rPr>
              <w:t>The Property Problem Can Stop Today</w:t>
            </w:r>
          </w:p>
          <w:p>
            <w:pPr>
              <w:spacing w:after="60"/>
            </w:pPr>
            <w:r>
              <w:rPr>
                <w:rFonts w:ascii="DejaVu Sans" w:hAnsi="DejaVu Sans"/>
                <w:b/>
                <w:i w:val="0"/>
                <w:color w:val="FFFFFF"/>
                <w:sz w:val="19"/>
              </w:rPr>
              <w:t xml:space="preserve">☐  </w:t>
            </w:r>
            <w:r>
              <w:rPr>
                <w:rFonts w:ascii="Aptos" w:hAnsi="Aptos"/>
                <w:b w:val="0"/>
                <w:i w:val="0"/>
                <w:color w:val="FFFFFF"/>
                <w:sz w:val="19"/>
              </w:rPr>
              <w:t>You do not have to repair, clean out, stage, or list a qualifying property before asking about a direct as-is purchase.</w:t>
            </w:r>
          </w:p>
          <w:p>
            <w:pPr>
              <w:spacing w:after="60"/>
            </w:pPr>
            <w:r>
              <w:rPr>
                <w:rFonts w:ascii="DejaVu Sans" w:hAnsi="DejaVu Sans"/>
                <w:b/>
                <w:i w:val="0"/>
                <w:color w:val="FFFFFF"/>
                <w:sz w:val="19"/>
              </w:rPr>
              <w:t xml:space="preserve">☐  </w:t>
            </w:r>
            <w:r>
              <w:rPr>
                <w:rFonts w:ascii="Aptos" w:hAnsi="Aptos"/>
                <w:b w:val="0"/>
                <w:i w:val="0"/>
                <w:color w:val="FFFFFF"/>
                <w:sz w:val="19"/>
              </w:rPr>
              <w:t>Tell Ray what is happening, what deadline exists, and what documents you have. It is free to find out whether Viera Investment Group LLC can help.</w:t>
            </w:r>
          </w:p>
          <w:p>
            <w:pPr>
              <w:spacing w:after="60"/>
            </w:pPr>
            <w:r>
              <w:rPr>
                <w:rFonts w:ascii="DejaVu Sans" w:hAnsi="DejaVu Sans"/>
                <w:b/>
                <w:i w:val="0"/>
                <w:color w:val="FFFFFF"/>
                <w:sz w:val="19"/>
              </w:rPr>
              <w:t xml:space="preserve">☐  </w:t>
            </w:r>
            <w:r>
              <w:rPr>
                <w:rFonts w:ascii="Aptos" w:hAnsi="Aptos"/>
                <w:b w:val="0"/>
                <w:i w:val="0"/>
                <w:color w:val="FFFFFF"/>
                <w:sz w:val="19"/>
              </w:rPr>
              <w:t>Call (973) 939-5151 or text (424) 440-2739. Visit vierainvestmentgroup.com/contact.</w:t>
            </w:r>
          </w:p>
        </w:tc>
      </w:tr>
    </w:tbl>
    <w:p>
      <w:pPr>
        <w:spacing w:after="40"/>
      </w:pPr>
    </w:p>
    <w:p>
      <w:pPr>
        <w:pStyle w:val="Heading1"/>
        <w:keepNext/>
      </w:pPr>
      <w:r>
        <w:rPr>
          <w:rFonts w:ascii="Georgia" w:hAnsi="Georgia"/>
          <w:b/>
          <w:i w:val="0"/>
          <w:color w:val="0F1F38"/>
          <w:sz w:val="34"/>
        </w:rPr>
        <w:t>Educational Use and Professional Coordination</w:t>
      </w:r>
    </w:p>
    <w:p>
      <w:pPr>
        <w:spacing w:after="120" w:line="283" w:lineRule="auto"/>
      </w:pPr>
      <w:r>
        <w:rPr>
          <w:rFonts w:ascii="Aptos" w:hAnsi="Aptos"/>
          <w:b w:val="0"/>
          <w:i w:val="0"/>
          <w:color w:val="17243B"/>
          <w:sz w:val="21"/>
        </w:rPr>
        <w:t>This resource is provided by Viera Investment Group LLC for general educational and organizational purposes. It does not create an attorney-client, fiduciary, brokerage, lending, tax, insurance, title, or advisory relationship. Laws, court rules, servicing requirements, municipal procedures, fees, forms, and deadlines can change. Consult appropriately licensed professionals and responsible public offices about the specific property.</w:t>
      </w:r>
    </w:p>
    <w:p>
      <w:pPr>
        <w:spacing w:after="120" w:line="283" w:lineRule="auto"/>
      </w:pPr>
      <w:r>
        <w:rPr>
          <w:rFonts w:ascii="Aptos" w:hAnsi="Aptos"/>
          <w:b w:val="0"/>
          <w:i w:val="0"/>
          <w:color w:val="17243B"/>
          <w:sz w:val="21"/>
        </w:rPr>
        <w:t>Viera Investment Group LLC may evaluate qualifying New Jersey residential property for a direct as-is purchase. A property review or offer is not legal advice, and no visitor is obligated to sell.</w:t>
      </w:r>
    </w:p>
    <w:p>
      <w:pPr>
        <w:spacing w:after="120" w:line="283" w:lineRule="auto"/>
      </w:pPr>
      <w:r>
        <w:rPr>
          <w:rFonts w:ascii="Aptos" w:hAnsi="Aptos"/>
          <w:b w:val="0"/>
          <w:i w:val="0"/>
          <w:color w:val="17243B"/>
          <w:sz w:val="21"/>
        </w:rPr>
        <w:t>Viera Investment Group LLC | 377 Valley Rd #1218, Clifton, NJ 07013 | (973) 939-5151 | vierainvestmentgroup.com</w:t>
      </w:r>
    </w:p>
    <w:sectPr w:rsidR="00FC693F" w:rsidRPr="0006063C" w:rsidSect="00034616">
      <w:headerReference w:type="default" r:id="rId9"/>
      <w:footerReference w:type="default" r:id="rId10"/>
      <w:pgSz w:w="12240" w:h="15840"/>
      <w:pgMar w:top="1037" w:right="1123" w:bottom="1008" w:left="1123"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Aptos" w:hAnsi="Aptos"/>
        <w:b w:val="0"/>
        <w:i w:val="0"/>
        <w:color w:val="556176"/>
        <w:sz w:val="14"/>
      </w:rPr>
      <w:t>Educational planning resource  |  vierainvestmentgroup.com  |  (973) 939-5151</w:t>
    </w:r>
  </w:p>
  <w:p>
    <w:pPr>
      <w:jc w:val="right"/>
    </w:pPr>
    <w:r>
      <w:rPr>
        <w:rFonts w:ascii="Aptos" w:hAnsi="Aptos"/>
        <w:b w:val="0"/>
        <w:i w:val="0"/>
        <w:color w:val="556176"/>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556176"/>
        <w:sz w:val="15"/>
      </w:rPr>
      <w:t>VIERA INVESTMENT GROUP LLC  |  NEW JERSEY PROPERTY TOOLKIT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Aptos" w:hAnsi="Aptos"/>
      <w:color w:val="17243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Georgia" w:hAnsi="Georgia"/>
      <w:b/>
      <w:bCs/>
      <w:color w:val="0F1F38"/>
      <w:sz w:val="34"/>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Georgia" w:hAnsi="Georgia"/>
      <w:b/>
      <w:bCs/>
      <w:color w:val="B89C6A"/>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Jersey Executor's Property Sale Checklist</dc:title>
  <dc:subject>New Jersey Property Toolkit educational planning resource</dc:subject>
  <dc:creator>Viera Investment Group LLC</dc:creator>
  <cp:keywords>EXECUTOR SALE CHECKLIST, New Jersey property toolkit, Viera Investment Group LLC</cp:keywords>
  <dc:description>generated by python-docx</dc:description>
  <cp:lastModifiedBy/>
  <cp:revision>1</cp:revision>
  <dcterms:created xsi:type="dcterms:W3CDTF">2013-12-23T23:15:00Z</dcterms:created>
  <dcterms:modified xsi:type="dcterms:W3CDTF">2013-12-23T23:15:00Z</dcterms:modified>
  <cp:category/>
</cp:coreProperties>
</file>