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8"/>
              </w:rPr>
              <w:t>NEW JERSEY PROPERTY TOOLKIT</w:t>
            </w:r>
          </w:p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4"/>
              </w:rPr>
              <w:t>New Jersey Inherited House: First 30 Days Checklist</w:t>
            </w:r>
          </w:p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7"/>
              </w:rPr>
              <w:t>INHERITED PROPERTY CHECKLIST</w:t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FFFFFF"/>
                <w:sz w:val="16"/>
              </w:rPr>
              <w:t>Planning Resource No. 9  |  August 2026</w:t>
            </w:r>
          </w:p>
        </w:tc>
      </w:tr>
    </w:tbl>
    <w:p/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Heirs, executors, administrators, and family members securing and organizing a New Jersey house after a death.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The first month is usually about authority, access, safety, insurance, bills, records, and communication - not rushing into a sale decision. Use this checklist to build one reliable property file and identify what needs professional confirmation.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0E8D9"/>
          </w:tcPr>
          <w:p>
            <w:r>
              <w:rPr>
                <w:rFonts w:ascii="Georgia" w:hAnsi="Georgia"/>
                <w:b/>
                <w:i w:val="0"/>
                <w:color w:val="0F1F38"/>
                <w:sz w:val="24"/>
              </w:rPr>
              <w:t>Important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Use this resource to organize information and questions; do not treat it as legal, tax, financial, title, lending, court, insurance, or municipal advice.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Verify every deadline, payoff, authority document, public requirement, and professional conclusion with the responsible source.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If a court, sheriff sale, foreclosure, tax sale, safety, insurance, or occupancy deadline exists, seek qualified help immediately.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Who Should Use This Resource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Heirs, executors, administrators, and family members securing and organizing a New Jersey house after a death.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People who need one organized file before speaking with an attorney, title company, lender, municipality, insurer, housing counselor, or buyer.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Families comparing options without losing track of urgent property facts and deadlines.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Start Here: Immediate Priority Checklist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Complete this page before the detailed worksheets. Circle or highlight any item that cannot wait.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who currently has lawful authority to act for the estate or property.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Secure doors, windows, keys, vehicles, mail, medications, valuables, and important papers.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Notify the property insurer of the death, occupancy status, and any vacancy immediately.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Identify active mortgage, reverse mortgage, tax, utility, association, and court deadlines.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Photograph every room, exterior side, meter, damage area, and major system before moving items.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Avoid distributing, discarding, selling, or promising property until authority and ownership are verified.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Contact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Contact / Office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Name, phone, email, reference number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Owner / estate representative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Attorney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 company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servicer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Municipality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 collector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Trusted property contact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Days 1-3: Protect People, Property, and Proof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Record who has keys and who is entering the property.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Forward or secure mail without discarding notices.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Check heat, water, electricity, leaks, alarms, pets, food, and immediate hazards.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Locate the will, deed, recent tax bill, insurance policy, mortgage statement, and identification.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Create a dated photo and video inventory before cleanout or repairs.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Days 4-10: Confirm Authority and Accounts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Contact the county Surrogate or estate attorney about the correct probate path.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List heirs, beneficiaries, occupants, tenants, caregivers, and anyone claiming an interest.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insurers and servicers what proof of authority they require before discussing the account.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Create a carrying-cost ledger for mortgage, taxes, insurance, utilities, association fees, and security.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Record every deadline from letters, court papers, municipal notices, and lender communications.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keepLines/>
      </w:pPr>
      <w:r>
        <w:rPr>
          <w:rFonts w:ascii="Georgia" w:hAnsi="Georgia"/>
          <w:b/>
          <w:i w:val="0"/>
          <w:color w:val="0F1F38"/>
          <w:sz w:val="34"/>
        </w:rPr>
        <w:t>Days 11-20: Build the Property File</w:t>
      </w:r>
    </w:p>
    <w:tbl>
      <w:tblPr>
        <w:tblW w:type="dxa" w:w="9290"/>
        <w:jc w:val="left"/>
        <w:tblLayout w:type="fixed"/>
        <w:tblLook w:firstColumn="1" w:firstRow="1" w:lastColumn="0" w:lastRow="0" w:noHBand="0" w:noVBand="1" w:val="04A0"/>
      </w:tblPr>
      <w:tblGrid>
        <w:gridCol w:w="9288"/>
      </w:tblGrid>
      <w:tr>
        <w:trPr>
          <w:cantSplit/>
        </w:trPr>
        <w:tc>
          <w:tcPr>
            <w:tcW w:type="dxa" w:w="9994"/>
            <w:shd w:fill="10213F"/>
            <w:tcBorders>
              <w:top w:val="single" w:sz="5" w:color="D9B44A"/>
              <w:left w:val="single" w:sz="14" w:color="D9B44A"/>
              <w:bottom w:val="single" w:sz="5" w:color="D9B44A"/>
              <w:right w:val="single" w:sz="5" w:color="D9B44A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>
            <w:pPr>
              <w:spacing w:after="80"/>
              <w:jc w:val="left"/>
              <w:keepNext/>
              <w:keepLines/>
            </w:pPr>
            <w:r>
              <w:rPr>
                <w:rFonts w:ascii="Arial" w:hAnsi="Arial"/>
                <w:b/>
                <w:color w:val="EAC35B"/>
                <w:sz w:val="18"/>
              </w:rPr>
              <w:t>FREE TO FIND OUT</w:t>
            </w:r>
          </w:p>
          <w:p>
            <w:pPr>
              <w:spacing w:after="80"/>
              <w:keepNext/>
              <w:keepLines/>
            </w:pPr>
            <w:r>
              <w:rPr>
                <w:rFonts w:ascii="Arial" w:hAnsi="Arial"/>
                <w:b/>
                <w:color w:val="FFFFFF"/>
                <w:sz w:val="22"/>
              </w:rPr>
              <w:t>You do not need every document or every answer before contacting us.</w:t>
            </w:r>
          </w:p>
          <w:p>
            <w:pPr>
              <w:spacing w:after="60"/>
              <w:keepNext/>
              <w:keepLines/>
            </w:pPr>
            <w:r>
              <w:rPr>
                <w:rFonts w:ascii="Arial" w:hAnsi="Arial"/>
                <w:color w:val="FFFFFF"/>
                <w:sz w:val="18"/>
              </w:rPr>
              <w:t>We buy New Jersey houses as-is - no repairs, cleanup, showings, or commissions. Tell Ray what is happening and what deadline you are facing. It is free to find out whether a direct sale could help.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EAC35B"/>
                <w:sz w:val="18"/>
              </w:rPr>
              <w:t>THE PROPERTY PROBLEM CAN START BEING ADDRESSED TODAY.  Call (973) 939-5151 or text (424) 440-2739.</w:t>
            </w:r>
          </w:p>
        </w:tc>
      </w:tr>
    </w:tbl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Order or locate deed, survey, title policy, permits, leases, service contracts, and repair records.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Check the municipality for open permits, property maintenance notices, and resale requirements.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Identify liens, tax-sale certificates, judgments, utility balances, and association balances for professional review.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Document condition and obtain estimates only for work needed to compare realistic options.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Keep personal property decisions separate from real-estate decisions.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Days 21-30: Compare the Available Paths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who can sign and whether every required party is available.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Compare keeping, listing, direct as-is sale, buyout, refinance where available, or other counsel-approved paths.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Calculate expected net after repairs, commission, cleanout, carrying costs, debt, taxes, and time.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Document the family decision, unresolved questions, assigned tasks, and next review date.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 not promise a closing date until authority, title, occupants, and urgent deadlines are verified.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and Estate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Information / Status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Deceased owner and date of death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Property address / block and lot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Current occupants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Will located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Probate opened / county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Executor or administrator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Insurance status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or reverse mortgage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Taxes and utilities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Most urgent deadline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First 30 Days Action Log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Task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Due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Proof / Result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Secure property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Notify insurer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Locate deed and will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Contact Surrogate / counsel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Contact servicer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Check taxes and utilities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Check permits and notices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Family decision meeting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Questions to Take to the Right Professional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Who has authority today, and what document proves it?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Is the home occupied, vacant, insured, and physically secure?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deadline could change the family options first?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Which debts attach to the property and which belong to the estate?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would each sale or retention option net after time and cost?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My Next Three Actions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1.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2.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3. Action: ____________________________________  Owner: __________________  Due: 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Official Starting Sources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Use current official instructions and confirm that each source applies to the specific property and situation.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Courts - Self-Help and Court Resources: </w:t>
      </w:r>
      <w:r>
        <w:rPr>
          <w:rFonts w:ascii="Aptos" w:hAnsi="Aptos"/>
          <w:b w:val="0"/>
          <w:i w:val="0"/>
          <w:color w:val="285B8F"/>
          <w:sz w:val="18"/>
        </w:rPr>
        <w:t>https://www.njcourts.gov/self-help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County Surrogates: </w:t>
      </w:r>
      <w:r>
        <w:rPr>
          <w:rFonts w:ascii="Aptos" w:hAnsi="Aptos"/>
          <w:b w:val="0"/>
          <w:i w:val="0"/>
          <w:color w:val="285B8F"/>
          <w:sz w:val="18"/>
        </w:rPr>
        <w:t>https://www.nj.gov/nj/community/counties/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Property Taxpayer Resources: </w:t>
      </w:r>
      <w:r>
        <w:rPr>
          <w:rFonts w:ascii="Aptos" w:hAnsi="Aptos"/>
          <w:b w:val="0"/>
          <w:i w:val="0"/>
          <w:color w:val="285B8F"/>
          <w:sz w:val="18"/>
        </w:rPr>
        <w:t>https://www.nj.gov/treasury/taxation/lpt/localtax.shtml</w:t>
      </w:r>
    </w:p>
    <w:p>
      <w:r>
        <w:br w:type="page"/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62847"/>
          </w:tcPr>
          <w:p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The Property Problem Can Stop Today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You do not have to repair, clean out, stage, or list a qualifying property before asking about a direct as-is purchase.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Tell Ray what is happening, what deadline exists, and what documents you have. It is free to find out whether Viera Investment Group LLC can help.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Call (973) 939-5151 or text (424) 440-2739. Visit vierainvestmentgroup.com/contact.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Educational Use and Professional Coordination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This resource is provided by Viera Investment Group LLC for general educational and organizational purposes. It does not create an attorney-client, fiduciary, brokerage, lending, tax, insurance, title, or advisory relationship. Laws, court rules, servicing requirements, municipal procedures, fees, forms, and deadlines can change. Consult appropriately licensed professionals and responsible public offices about the specific property.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may evaluate qualifying New Jersey residential property for a direct as-is purchase. A property review or offer is not legal advice, and no visitor is obligated to sell.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| 377 Valley Rd #1218, Clifton, NJ 07013 | (973) 939-5151 | vierainvestmentgroup.com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08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b w:val="0"/>
        <w:i w:val="0"/>
        <w:color w:val="556176"/>
        <w:sz w:val="14"/>
      </w:rPr>
      <w:t>Educational planning resource  |  vierainvestmentgroup.com  |  (973) 939-5151</w:t>
    </w:r>
  </w:p>
  <w:p>
    <w:pPr>
      <w:jc w:val="right"/>
    </w:pPr>
    <w:r>
      <w:rPr>
        <w:rFonts w:ascii="Aptos" w:hAnsi="Aptos"/>
        <w:b w:val="0"/>
        <w:i w:val="0"/>
        <w:color w:val="556176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556176"/>
        <w:sz w:val="15"/>
      </w:rPr>
      <w:t>VIERA INVESTMENT GROUP LLC  |  NEW JERSEY PROPERTY TOOLKIT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172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Georgia" w:hAnsi="Georgia"/>
      <w:b/>
      <w:bCs/>
      <w:color w:val="0F1F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Georgia" w:hAnsi="Georgia"/>
      <w:b/>
      <w:bCs/>
      <w:color w:val="B89C6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Inherited House: First 30 Days Checklist</dc:title>
  <dc:subject>New Jersey Property Toolkit educational planning resource</dc:subject>
  <dc:creator>Viera Investment Group LLC</dc:creator>
  <cp:keywords>INHERITED PROPERTY CHECKLIST, New Jersey property toolkit, Viera Investment Group LLC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